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9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Lắp đặt mạng điện trong nhà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Lắp đặt mạng điện trong nhà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Thiết kế mạng điện trong nhà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Vật liệu, thiết bị và dụng cụ dùng cho lắp đặt mạng điện trong nhà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Tính toán chi phí mạng điện trong nhà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Lắp đặt mạng điện trong nhà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Thiết kế mạng điện trong nhà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bước thiết kế mạng điện trong nhà; kí hiệu một số phần tử trên sơ đồ điện.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Đọc được sơ đồ nguyên lí, sơ đồ lắp đặt mạch điện trong nhà.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Thiết kế được sơ đồ mạch điện đơn giản trong nhà (mạch đèn, ổ cắm).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Vật liệu, thiết bị và dụng cụ dùng cho lắp đặt mạng điện trong nhà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Kể tên được vật liệu, thiết bị, dụng cụ dùng cho lắp đặt mạng điện trong nhà.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công dụng, cách lựa chọn dây dẫn, vật liệu, thiết bị, dụng cụ.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vật liệu, thiết bị, dụng cụ phù hợp cho một mạch điện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Tính toán chi phí mạng điện trong nhà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khoản chi phí cho lắp đặt mạng điện trong nhà.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Lập được bảng dự trù vật liệu, thiết bị cho mạng điện trong nhà.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toán được chi phí cho một mạng điện đơn giản trong nhà.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smarttest.vn/vi/ma-tran-de-kiem-tra/lop-9/cong-nghe/giua-ki-2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cong-nghe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Công nghệ 9</dc:title>
  <dc:subject>Công nghệ 9 – Kết nối tri thức</dc:subject>
  <dc:creator>SmartTest</dc:creator>
  <cp:keywords>ma trận đề kiểm tra, bản đặc tả, công nghệ 9, giữa học kì ii</cp:keywords>
  <dc:description/>
  <cp:lastModifiedBy>SmartTest</cp:lastModifiedBy>
  <cp:revision>1</cp:revision>
  <dcterms:created xsi:type="dcterms:W3CDTF">2026-10-30T05:28:10Z</dcterms:created>
  <dcterms:modified xsi:type="dcterms:W3CDTF">2026-10-30T05:28:10Z</dcterms:modified>
  <cp:category/>
</cp:coreProperties>
</file>