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Việt Nam từ năm 1945 đến năm 1975; Chủ đề 2 – Địa lí: Địa lí các vùng kinh tế – xã hội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1945 đến năm 1975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trong năm đầu sau Cách mạng tháng Tám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thực dân Pháp xâm lược giai đoạn 1946 – 1950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thực dân Pháp xâm lược giai đoạn 1951 – 1954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Mỹ, cứu nước, thống nhất đất nước giai đoạn 1954 – 1965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vùng kinh tế – xã hội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Trung du và miền núi phía Bắc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Đồng bằng sông Hồng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Bắc Trung Bộ; Thực hành: Tìm hiểu vấn đề phòng, chống thiên tai và ứng phó với biến đổi khí hậu ở vùng Bắc Trung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1945 đến năm 1975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trong năm đầu sau Cách mạng tháng Tám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biện pháp giải quyết khó khăn về chính trị, kinh tế, văn hoá, giáo dục và đấu tranh chống ngoại xâm.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những biện pháp bảo vệ chính quyền cách mạng non trẻ.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thực dân Pháp xâm lược giai đoạn 1946 – 1950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bùng nổ cuộc kháng chiến toàn quốc chống thực dân Pháp và đường lối kháng chiến.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diễn biến chính, kết quả, ý nghĩa của chiến dịch Việt Bắc thu – đông 1947 và chiến dịch Biên giới thu – đông 1950.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thực dân Pháp xâm lược giai đoạn 1951 – 1954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Đại hội đại biểu toàn quốc lần thứ II của Đảng (1951) và việc xây dựng hậu phương kháng chiến.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Mỹ, cứu nước, thống nhất đất nước giai đoạn 1954 – 1965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hai miền Nam – Bắc sau Hiệp định Giơ-ne-vơ năm 1954.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phong trào Đồng khởi.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vùng kinh tế –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Trung du và miền núi phía Bắc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Trung du và miền núi phía Bắc.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thế mạnh để phát triển công nghiệp, lâm – nông – thuỷ sản, du lịch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nổi bật về thành phần dân tộc, phân bố dân cư và chất lượng cuộc sống dân cư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Đồng bằng sông Hồng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Đồng bằng sông Hồng.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 về tự nhiên, dân cư để phát triển kinh tế – xã hội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Bắc Trung Bộ; Thực hành: Tìm hiểu vấn đề phòng, chống thiên tai và ứng phó với biến đổi khí hậu ở vùng Bắc Trung Bộ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Bắc Trung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mạnh, hạn chế về điều kiện tự nhiên và tài nguyên thiên nhiên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phát triển và phân bố kinh tế của vùng Bắc Trung Bộ.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phòng, chống thiên tai và ứng phó với biến đổi khí hậu ở vùng Bắc Trung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smarttest.vn/vi/ma-tran-de-kiem-tra/lop-9/lich-su-dia-li/giua-ki-2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lich-su-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và Địa lí 9</dc:title>
  <dc:subject>Lịch sử và Địa lí 9 – Kết nối tri thức</dc:subject>
  <dc:creator>SmartTest</dc:creator>
  <cp:keywords>ma trận đề kiểm tra, bản đặc tả, lịch sử và địa lí 9, giữa học kì ii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