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40 câu – 10 điểm (100%)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9259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925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Natural wonders of the world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Tourism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World Englishes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/sl/ – /sn/; stress in words ending in -ic and -ious; stress in words ending in -ion and -ity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7–9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7–9)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3769"/>
            <w:gridSpan w:val="5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9640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964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Natural wonders of the world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kì quan thiên nhiên (Unit 7).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tường thuật (câu hỏi Yes / No) (Unit 7).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"Natural wonders of the world" trong ngữ cảnh (Unit 7).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câu tường thuật (câu hỏi Yes / No) trong ngữ cảnh (Unit 7).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câu tường thuật (câu hỏi Yes / No) cùng từ vựng chủ điểm "Natural wonders of the world" để hoàn thành câu, viết lại câu (Unit 7).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8: Tourism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du lịch (Unit 8).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đại từ quan hệ (Unit 8).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"Tourism" trong ngữ cảnh (Unit 8).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đại từ quan hệ trong ngữ cảnh (Unit 8).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đại từ quan hệ cùng từ vựng chủ điểm "Tourism" để hoàn thành câu, viết lại câu (Unit 8).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9: World Englishes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đặc điểm của ngôn ngữ; việc học tiếng Anh (Unit 9).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mệnh đề quan hệ xác định (Unit 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"World Englishes" trong ngữ cảnh (Unit 9).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mệnh đề quan hệ xác định trong ngữ cảnh (Unit 9).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mệnh đề quan hệ xác định cùng từ vựng chủ điểm "World Englishes" để hoàn thành câu, viết lại câu (Unit 9).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/sl/ – /sn/; stress in words ending in -ic and -ious; stress in words ending in -ion and -ity (Units 7–9)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cụm phụ âm /sl/ và /sn/; trọng âm của từ tận cùng bằng -ic, -ious; trọng âm của từ tận cùng bằng -ion, -ity (Units 7–9).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kì quan thiên nhiên thế giới; du lịch; tiếng Anh trên thế giới.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7–9.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7–9)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kì quan thiên nhiên thế giới; du lịch; tiếng Anh trên thế giới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kì quan thiên nhiên thế giới; du lịch; tiếng Anh trên thế giới (Units 7–9).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7–9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kì quan thiên nhiên thế giới; du lịch; tiếng Anh trên thế giới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kì quan thiên nhiên thế giới; du lịch; tiếng Anh trên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7–9.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7–9)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câu tường thuật (câu hỏi Yes / No); đại từ quan hệ; mệnh đề quan hệ xác định (Units 7–9).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7–9.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kì quan thiên nhiên thế giới; du lịch; tiếng Anh trên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smarttest.vn/vi/ma-tran-de-kiem-tra/lop-9/tieng-anh/giua-ki-2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tieng-anh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Tiếng Anh 9</dc:title>
  <dc:subject>Tiếng Anh 9 – Kết nối tri thức</dc:subject>
  <dc:creator>SmartTest</dc:creator>
  <cp:keywords>ma trận đề kiểm tra, bản đặc tả, tiếng anh 9, giữa học kì ii</cp:keywords>
  <dc:description/>
  <cp:lastModifiedBy>SmartTest</cp:lastModifiedBy>
  <cp:revision>1</cp:revision>
  <dcterms:created xsi:type="dcterms:W3CDTF">2026-10-30T05:28:08Z</dcterms:created>
  <dcterms:modified xsi:type="dcterms:W3CDTF">2026-10-30T05:28:08Z</dcterms:modified>
  <cp:category/>
</cp:coreProperties>
</file>