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công cụ xác thực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COUNTIF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SUMIF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IF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công cụ xác thực dữ liệu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công cụ xác thực dữ liệu (Data Validation).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việc kiểm soát dữ liệu nhập vào bảng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COUNTIF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và chức năng của hàm COUNTIF.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hàm COUNTIF với điều kiện cho trước.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SUMIF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và chức năng của hàm SUMIF.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hàm SUMIF để giải quyết bài toán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IF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và chức năng của hàm IF.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hàm IF, kể cả khi lồng hàm IF.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hàm IF kết hợp các hàm khác để giải quyết bài toán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smarttest.vn/vi/ma-tran-de-kiem-tra/lop-9/tin-hoc/giua-ki-2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in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Tin học 9</dc:title>
  <dc:subject>Tin học 9 – Kết nối tri thức</dc:subject>
  <dc:creator>SmartTest</dc:creator>
  <cp:keywords>ma trận đề kiểm tra, bản đặc tả, tin học 9, giữa học kì ii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