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Hàm số y = ax² (a ≠ 0). Phương trình bậc hai một ẩn; Chủ đề 2 – Tần số và tần số tương đối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y = ax² (a ≠ 0). Phương trình bậc hai một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y = ax² (a ≠ 0)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hai một ẩn; Định lí Viète và ứng dụng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bài toán bằng cách lập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Tần số và tần số tương đối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Bảng tần số và biểu đồ tần số; Bảng tần số tương đối và biểu đồ tần số tương đối; Bảng tần số, tần số tương đối ghép nhóm và biểu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y = ax² (a ≠ 0). Phương trình bậc hai một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y = ax² (a ≠ 0)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hàm số y = ax² (a ≠ 0) và tính đối xứng của đồ thị.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của hàm số; vẽ được đồ thị hàm số y = ax² (a ≠ 0) với a là số cụ thể.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hàm số y = ax² để giải quyết bài toán thực tiễn (quãng đường rơi tự do, diện tích…).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bậc hai một ẩn; Định lí Viète và ứng dụng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hai một ẩn; công thức nghiệm, công thức nghiệm thu gọn; định lí Viète.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bậc hai một ẩn; tính được tổng, tích hai nghiệm; tìm được hai số biết tổng và tích.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định lí Viète để tính giá trị biểu thức đối xứng của hai nghiệm và giải bài toán liên quan.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Giải bài toán bằng cách lập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phương trình bậc hai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Tần số và tần số tương đối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Bảng tần số và biểu đồ tần số; Bảng tần số tương đối và biểu đồ tần số tương đối; Bảng tần số, tần số tương đối ghép nhóm và biểu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tần số, tần số tương đối; bảng tần số, bảng tần số tương đối (cả dạng ghép nhóm).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bảng tần số, bảng tần số tương đối, bảng ghép nhóm; biểu diễn được bằng biểu đồ cột, biểu đồ hình quạt tròn, biểu đồ tần số tương đối ghép nhóm.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9</dc:title>
  <dc:subject>Toán 9 – Kết nối tri thức</dc:subject>
  <dc:creator>SmartTest</dc:creator>
  <cp:keywords>ma trận đề kiểm tra, bản đặc tả, toán 9, giữa học kì ii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